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DCX-014　莱芜钢铁与粉末冶金（济南莱芜）集群作战卡</w:t>
      </w:r>
    </w:p>
    <w:p>
      <w:r>
        <w:t>服务说明：产品谱系「型钢、粉末冶金制品」；规模「莱芜为山东重要钢铁基地」；对外适配「东南亚」。十二维作战卡。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济南莱芜 / 192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DCX-014 莱芜钢铁与粉末冶金（济南莱芜）集群作战卡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DZ-QR-2026-002566，内容指纹 26d4f56ca3212891…；权属依据与授权范围以证书登记为准。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网站：https://daizone.cn/quote/DCX-014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