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DCX-008　泺口服装与建材市场（济南天桥）集群作战卡</w:t>
      </w:r>
    </w:p>
    <w:p>
      <w:r>
        <w:t>服务说明：产品谱系「服装、建材、家居」；规模「泺口为济南传统商贸集散区」；对外适配「内销为主」。十二维作战卡。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济南天桥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DCX-008 泺口服装与建材市场（济南天桥）集群作战卡</w:t>
            </w:r>
          </w:p>
        </w:tc>
        <w:tc>
          <w:tcPr>
            <w:tcW w:type="dxa" w:w="2351"/>
          </w:tcPr>
          <w:p>
            <w:r>
              <w:t>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DZ-QR-2026-002560，内容指纹 5e1d91647cc86c2c…；权属依据与授权范围以证书登记为准。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