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DCX-005　济南光伏与储能集成（济南）集群作战卡</w:t>
      </w:r>
    </w:p>
    <w:p>
      <w:r>
        <w:t>服务说明：产品谱系「光伏组件、储能系统集成」；规模「济南为山东新能源装备与技术集聚地」；对外适配「中东、非洲、东南亚」。十二维作战卡。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DCX-005 济南光伏与储能集成（济南）集群作战卡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DZ-QR-2026-002557，内容指纹 f99911432536ad9d…；权属依据与授权范围以证书登记为准。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