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DCX-003　济南房建与市政工程（济南）集群作战卡</w:t>
      </w:r>
    </w:p>
    <w:p>
      <w:r>
        <w:t>服务说明：产品谱系「房建施工、市政工程、装饰装修」；规模「济南为山东建筑业总部聚集地」；对外适配「中东、东南亚、非洲」。十二维作战卡。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DCX-003 济南房建与市政工程（济南）集群作战卡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DZ-QR-2026-002555，内容指纹 a46a4f7bbedb153f…；权属依据与授权范围以证书登记为准。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网站：https://daizone.cn/quote/DCX-003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