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DCX-002　济南软件与超算（济南）集群作战卡</w:t>
      </w:r>
    </w:p>
    <w:p>
      <w:r>
        <w:t>服务说明：产品谱系「工业软件、行业应用、算力服务」；规模「济南为山东软件产业核心区，拥有超算中心」；对外适配「全球（数字交付）」。十二维作战卡。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DCX-002 济南软件与超算（济南）集群作战卡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DZ-QR-2026-002554，内容指纹 86a36435efaf38ab…；权属依据与授权范围以证书登记为准。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