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DAX-128　iy item（dz_iy_item）</w:t>
      </w:r>
    </w:p>
    <w:p>
      <w:r>
        <w:t>服务说明：非遗 域 · 归纳 层 · 52 行 · 5 字段。口径：按表定义；空表多为业务尚未发生的流水表。更新：季度。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dz_iy_item 表全字段，附字段字典与口径说明</w:t>
      </w:r>
    </w:p>
    <w:p>
      <w:r>
        <w:rPr>
          <w:b/>
        </w:rPr>
        <w:t>2. 覆盖范围</w:t>
      </w:r>
    </w:p>
    <w:p>
      <w:r>
        <w:t xml:space="preserve">　　非遗 域 / 归纳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季度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DAX-128 iy item（dz_iy_item）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网站：https://daizone.cn/quote/DAX-128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