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DAX-108　rs parcel（dz_rs_parcel）· 结构授权</w:t>
      </w:r>
    </w:p>
    <w:p>
      <w:r>
        <w:t>服务说明：遥感 域 · 采集 层 · 当前 0 行 · 11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dz_rs_parcel 表结构、字段含义、索引与关联关系</w:t>
      </w:r>
    </w:p>
    <w:p>
      <w:r>
        <w:rPr>
          <w:b/>
        </w:rPr>
        <w:t>2. 覆盖范围</w:t>
      </w:r>
    </w:p>
    <w:p>
      <w:r>
        <w:t xml:space="preserve">　　遥感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周度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DAX-108 rs parcel（dz_rs_parcel）·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DZ-QR-2026-002921，内容指纹 05a5ab80b0f3f943…；权属依据与授权范围以证书登记为准。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网站：https://daizone.cn/quote/DAX-108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