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DAX-104　遥感观测值（dz_rs_obs）</w:t>
      </w:r>
    </w:p>
    <w:p>
      <w:r>
        <w:t>服务说明：遥感 域 · 分析 层 · 15 行 · 17 字段。口径：每个值带影像 ID 与解译方法，可复算。更新：周度。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dz_rs_obs 表全字段，附字段字典与口径说明</w:t>
      </w:r>
    </w:p>
    <w:p>
      <w:r>
        <w:rPr>
          <w:b/>
        </w:rPr>
        <w:t>2. 覆盖范围</w:t>
      </w:r>
    </w:p>
    <w:p>
      <w:r>
        <w:t xml:space="preserve">　　遥感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周度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DAX-104 遥感观测值（dz_rs_obs）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DZ-QR-2026-002917，内容指纹 97bfcc3b65b3e99b…；权属依据与授权范围以证书登记为准。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网站：https://daizone.cn/quote/DAX-104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