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DAX-096　sink（dz_sink）· 结构授权</w:t>
      </w:r>
    </w:p>
    <w:p>
      <w:r>
        <w:t>服务说明：碳 域 · 分析 层 · 当前 0 行 · 9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dz_sink 表结构、字段含义、索引与关联关系</w:t>
      </w:r>
    </w:p>
    <w:p>
      <w:r>
        <w:rPr>
          <w:b/>
        </w:rPr>
        <w:t>2. 覆盖范围</w:t>
      </w:r>
    </w:p>
    <w:p>
      <w:r>
        <w:t xml:space="preserve">　　碳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季度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DAX-096 sink（dz_sink）·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DZ-QR-2026-002909，内容指纹 12b724177071ccef…；权属依据与授权范围以证书登记为准。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