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DAX-092　rb case（dz_rb_case）· 结构授权</w:t>
      </w:r>
    </w:p>
    <w:p>
      <w:r>
        <w:t>服务说明：盘活 域 · 分析 层 · 当前 0 行 · 23 字段。口径：按表定义；空表多为业务尚未发生的流水表。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dz_rb_case 表结构、字段含义、索引与关联关系</w:t>
      </w:r>
    </w:p>
    <w:p>
      <w:r>
        <w:rPr>
          <w:b/>
        </w:rPr>
        <w:t>2. 覆盖范围</w:t>
      </w:r>
    </w:p>
    <w:p>
      <w:r>
        <w:t xml:space="preserve">　　盘活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月度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DAX-092 rb case（dz_rb_case）·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DZ-QR-2026-002905，内容指纹 ace997ecdf1be22c…；权属依据与授权范围以证书登记为准。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网站：https://daizone.cn/quote/DAX-092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