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DAX-083　rb outreach（dz_rb_outreach）</w:t>
      </w:r>
    </w:p>
    <w:p>
      <w:r>
        <w:t>服务说明：盘活 域 · 分析 层 · 60 行 · 14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dz_rb_outreach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DAX-083 rb outreach（dz_rb_outreach）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DZ-QR-2026-002896，内容指纹 093e0c8f3ed781ff…；权属依据与授权范围以证书登记为准。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