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DAX-078　数字化诊断问卷（dz_digi_q）</w:t>
      </w:r>
    </w:p>
    <w:p>
      <w:r>
        <w:t>服务说明：服务 域 · 采集 层 · 32 行 · 6 字段。口径：用于入驻体检与赋能方案生成。更新：事件驱动。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dz_digi_q 表全字段，附字段字典与口径说明</w:t>
      </w:r>
    </w:p>
    <w:p>
      <w:r>
        <w:rPr>
          <w:b/>
        </w:rPr>
        <w:t>2. 覆盖范围</w:t>
      </w:r>
    </w:p>
    <w:p>
      <w:r>
        <w:t xml:space="preserve">　　服务 域 / 采集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事件驱动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DAX-078 数字化诊断问卷（dz_digi_q）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DZ-QR-2026-002891，内容指纹 1aac9199112b7bd0…；权属依据与授权范围以证书登记为准。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网站：https://daizone.cn/quote/DAX-078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