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DAX-074　数据凭证（确权记录）（dz_data_cert）</w:t>
      </w:r>
    </w:p>
    <w:p>
      <w:r>
        <w:t>服务说明：数据 域 · 确权 层 · 5 行 · 11 字段。口径：一份凭证对应一次数据交付，含哈希、时间、用途。更新：事件驱动。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dz_data_cert 表全字段，附字段字典与口径说明</w:t>
      </w:r>
    </w:p>
    <w:p>
      <w:r>
        <w:rPr>
          <w:b/>
        </w:rPr>
        <w:t>2. 覆盖范围</w:t>
      </w:r>
    </w:p>
    <w:p>
      <w:r>
        <w:t xml:space="preserve">　　数据 域 / 确权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事件驱动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DAX-074 数据凭证（确权记录）（dz_data_cert）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DZ-QR-2026-002887，内容指纹 b38b828852227286…；权属依据与授权范围以证书登记为准。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