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DAX-073　数据集商品目录（dz_dataset）</w:t>
      </w:r>
    </w:p>
    <w:p>
      <w:r>
        <w:t>服务说明：数据 域 · 交易 层 · 5 行 · 11 字段。口径：只登记有真实源表的 SKU；行数取去重值，绝不 SUM(rows_n)。更新：月度。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dz_dataset 表全字段，附字段字典与口径说明</w:t>
      </w:r>
    </w:p>
    <w:p>
      <w:r>
        <w:rPr>
          <w:b/>
        </w:rPr>
        <w:t>2. 覆盖范围</w:t>
      </w:r>
    </w:p>
    <w:p>
      <w:r>
        <w:t xml:space="preserve">　　数据 域 / 交易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月度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DAX-073 数据集商品目录（dz_dataset）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DZ-QR-2026-002886，内容指纹 d09d1f0621dcc77f…；权属依据与授权范围以证书登记为准。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