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DAX-069　ref partner（dz_ref_partner）</w:t>
      </w:r>
    </w:p>
    <w:p>
      <w:r>
        <w:t>服务说明：推客 域 · 打通 层 · 1 行 · 10 字段。口径：按表定义；空表多为业务尚未发生的流水表。更新：实时。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dz_ref_partner 表全字段，附字段字典与口径说明</w:t>
      </w:r>
    </w:p>
    <w:p>
      <w:r>
        <w:rPr>
          <w:b/>
        </w:rPr>
        <w:t>2. 覆盖范围</w:t>
      </w:r>
    </w:p>
    <w:p>
      <w:r>
        <w:t xml:space="preserve">　　推客 域 / 打通 层</w:t>
      </w:r>
    </w:p>
    <w:p>
      <w:r>
        <w:rPr>
          <w:b/>
        </w:rPr>
        <w:t>3. 交付格式</w:t>
      </w:r>
    </w:p>
    <w:p>
      <w:r>
        <w:t xml:space="preserve">　　CSV / JSON（按表导出）</w:t>
      </w:r>
    </w:p>
    <w:p>
      <w:r>
        <w:rPr>
          <w:b/>
        </w:rPr>
        <w:t>4. 更新频率</w:t>
      </w:r>
    </w:p>
    <w:p>
      <w:r>
        <w:t xml:space="preserve">　　实时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DAX-069 ref partner（dz_ref_partner）</w:t>
            </w:r>
          </w:p>
        </w:tc>
        <w:tc>
          <w:tcPr>
            <w:tcW w:type="dxa" w:w="2351"/>
          </w:tcPr>
          <w:p>
            <w:r>
              <w:t>1,980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1,980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1,980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DZ-QR-2026-002882，内容指纹 c3717d1457ae3fdb…；权属依据与授权范围以证书登记为准。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网站：https://daizone.cn/quote/DAX-069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