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DAX-063　grow mkt（dz_grow_mkt）</w:t>
      </w:r>
    </w:p>
    <w:p>
      <w:r>
        <w:t>服务说明：增长 域 · 打通 层 · 12 行 · 13 字段。口径：按表定义；空表多为业务尚未发生的流水表。更新：事件驱动。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dz_grow_mkt 表全字段，附字段字典与口径说明</w:t>
      </w:r>
    </w:p>
    <w:p>
      <w:r>
        <w:rPr>
          <w:b/>
        </w:rPr>
        <w:t>2. 覆盖范围</w:t>
      </w:r>
    </w:p>
    <w:p>
      <w:r>
        <w:t xml:space="preserve">　　增长 域 / 打通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事件驱动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DAX-063 grow mkt（dz_grow_mkt）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DZ-QR-2026-002876，内容指纹 52c3265b1eb4a5f8…；权属依据与授权范围以证书登记为准。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