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DAX-043　合约模板与签约记录（dz_contract）· 结构授权</w:t>
      </w:r>
    </w:p>
    <w:p>
      <w:r>
        <w:t>服务说明：交易 域 · 交易 层 · 当前 0 行 · 16 字段。口径：只认盖章回传；线上勾选记为 contract 不算 signed。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dz_contract 表结构、字段含义、索引与关联关系</w:t>
      </w:r>
    </w:p>
    <w:p>
      <w:r>
        <w:rPr>
          <w:b/>
        </w:rPr>
        <w:t>2. 覆盖范围</w:t>
      </w:r>
    </w:p>
    <w:p>
      <w:r>
        <w:t xml:space="preserve">　　交易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DAX-043 合约模板与签约记录（dz_contract）·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DZ-QR-2026-002856，内容指纹 a400824f8de5cc7f…；权属依据与授权范围以证书登记为准。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