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淄博　｜　编号 wood-ZB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个（4819,9403）</w:t>
      </w:r>
    </w:p>
    <w:p>
      <w:r>
        <w:rPr>
          <w:b/>
        </w:rPr>
        <w:t>最新年度中国出口额：</w:t>
      </w:r>
      <w:r>
        <w:t>381.08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403.80 亿美元 / 207 国；2023 年 337.60 亿美元 / 206 国；2024 年 381.08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74.93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23.72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19.12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17.68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17.47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13.47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淄博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