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泰安　｜　编号 wood-TA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5 个（4411,4412,4421,4819,9403）</w:t>
      </w:r>
    </w:p>
    <w:p>
      <w:r>
        <w:rPr>
          <w:b/>
        </w:rPr>
        <w:t>最新年度中国出口额：</w:t>
      </w:r>
      <w:r>
        <w:t>471.65 亿美元（全国口径，非本市出口）</w:t>
      </w:r>
    </w:p>
    <w:p>
      <w:r>
        <w:rPr>
          <w:b/>
        </w:rPr>
        <w:t>贸易伙伴国别：</w:t>
      </w:r>
      <w:r>
        <w:t>207</w:t>
      </w:r>
    </w:p>
    <w:p>
      <w:r>
        <w:t>三年趋势：2022 年 503.58 亿美元 / 207 国；2023 年 420.80 亿美元 / 209 国；2024 年 471.65 亿美元 / 207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85.52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27.71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23.68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23.29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20.40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16.89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40 条（status≠closed）</w:t>
      </w:r>
    </w:p>
    <w:p>
      <w:r>
        <w:rPr>
          <w:b/>
        </w:rPr>
        <w:t>exact/near 撮合：</w:t>
      </w:r>
      <w:r>
        <w:t>40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泰安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40 条）</w:t>
      </w:r>
    </w:p>
    <w:p>
      <w:r>
        <w:t>4. 撮合记录与对接建议（exact/near 40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