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木业与人造板 × 日照　｜　编号 wood-RZ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3 个（4403,4407,4819）</w:t>
      </w:r>
    </w:p>
    <w:p>
      <w:r>
        <w:rPr>
          <w:b/>
        </w:rPr>
        <w:t>最新年度中国出口额：</w:t>
      </w:r>
      <w:r>
        <w:t>65.55 亿美元（全国口径，非本市出口）</w:t>
      </w:r>
    </w:p>
    <w:p>
      <w:r>
        <w:rPr>
          <w:b/>
        </w:rPr>
        <w:t>贸易伙伴国别：</w:t>
      </w:r>
      <w:r>
        <w:t>203</w:t>
      </w:r>
    </w:p>
    <w:p>
      <w:r>
        <w:t>三年趋势：2022 年 67.53 亿美元 / 202 国；2023 年 60.31 亿美元 / 204 国；2024 年 65.55 亿美元 / 203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8.97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3.85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3.41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3.36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3.00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2.65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临沂是「中国板材之都」，从原木进口到人造板、家具、木门形成闭环。这个板块的特点是「两头在外」：木材靠进口，成品靠出口，平台的价值在把两头的链条接上。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《木业与人造板 × 日照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