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临沂　｜　编号 wood-LY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11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5 个（4411,4412,4418,8465,9403）</w:t>
      </w:r>
    </w:p>
    <w:p>
      <w:r>
        <w:rPr>
          <w:b/>
        </w:rPr>
        <w:t>最新年度中国出口额：</w:t>
      </w:r>
      <w:r>
        <w:t>421.06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452.70 亿美元 / 207 国；2023 年 372.15 亿美元 / 209 国；2024 年 421.06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75.92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25.40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18.53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15.75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临沂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