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聊城　｜　编号 wood-LC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个（4412）</w:t>
      </w:r>
    </w:p>
    <w:p>
      <w:r>
        <w:rPr>
          <w:b/>
        </w:rPr>
        <w:t>最新年度中国出口额：</w:t>
      </w:r>
      <w:r>
        <w:t>46.02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51.31 亿美元 / 199 国；2023 年 41.62 亿美元 / 203 国；2024 年 46.02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3.50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2.70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2.43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2.39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2.30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1.98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