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木业与人造板 × 济南　｜　编号 wood-JN　｜　就绪分 83（A）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5 个（4411,4412,4421,4819,9403）</w:t>
      </w:r>
    </w:p>
    <w:p>
      <w:r>
        <w:rPr>
          <w:b/>
        </w:rPr>
        <w:t>最新年度中国出口额：</w:t>
      </w:r>
      <w:r>
        <w:t>471.65 亿美元（全国口径，非本市出口）</w:t>
      </w:r>
    </w:p>
    <w:p>
      <w:r>
        <w:rPr>
          <w:b/>
        </w:rPr>
        <w:t>贸易伙伴国别：</w:t>
      </w:r>
      <w:r>
        <w:t>207</w:t>
      </w:r>
    </w:p>
    <w:p>
      <w:r>
        <w:t>三年趋势：2022 年 503.58 亿美元 / 207 国；2023 年 420.80 亿美元 / 209 国；2024 年 471.65 亿美元 / 207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85.52</w:t>
            </w:r>
          </w:p>
        </w:tc>
      </w:tr>
      <w:tr>
        <w:tc>
          <w:tcPr>
            <w:tcW w:type="dxa" w:w="3135"/>
          </w:tcPr>
          <w:p>
            <w:r>
              <w:t>GBR</w:t>
            </w:r>
          </w:p>
        </w:tc>
        <w:tc>
          <w:tcPr>
            <w:tcW w:type="dxa" w:w="3135"/>
          </w:tcPr>
          <w:p>
            <w:r>
              <w:t>United Kingdom</w:t>
            </w:r>
          </w:p>
        </w:tc>
        <w:tc>
          <w:tcPr>
            <w:tcW w:type="dxa" w:w="3135"/>
          </w:tcPr>
          <w:p>
            <w:r>
              <w:t>27.71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23.68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23.29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20.40</w:t>
            </w:r>
          </w:p>
        </w:tc>
      </w:tr>
      <w:tr>
        <w:tc>
          <w:tcPr>
            <w:tcW w:type="dxa" w:w="3135"/>
          </w:tcPr>
          <w:p>
            <w:r>
              <w:t>CAN</w:t>
            </w:r>
          </w:p>
        </w:tc>
        <w:tc>
          <w:tcPr>
            <w:tcW w:type="dxa" w:w="3135"/>
          </w:tcPr>
          <w:p>
            <w:r>
              <w:t>Canada</w:t>
            </w:r>
          </w:p>
        </w:tc>
        <w:tc>
          <w:tcPr>
            <w:tcW w:type="dxa" w:w="3135"/>
          </w:tcPr>
          <w:p>
            <w:r>
              <w:t>16.89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40 条（status≠closed）</w:t>
      </w:r>
    </w:p>
    <w:p>
      <w:r>
        <w:rPr>
          <w:b/>
        </w:rPr>
        <w:t>exact/near 撮合：</w:t>
      </w:r>
      <w:r>
        <w:t>40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临沂是「中国板材之都」，从原木进口到人造板、家具、木门形成闭环。这个板块的特点是「两头在外」：木材靠进口，成品靠出口，平台的价值在把两头的链条接上。</w:t>
      </w:r>
    </w:p>
    <w:p>
      <w:r>
        <w:t>· 中国国际贸易促进委员会济南市委员会（原产地证签发、境外展会与客商对接）</w:t>
      </w:r>
    </w:p>
    <w:p>
      <w:r>
        <w:t>· 济南市商务局（外贸科：本地出口企业组织与政策兑现）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《木业与人造板 × 济南 出海作战包》PDF/Word（数据底座 + 市场画像 + 准入要点）</w:t>
      </w:r>
    </w:p>
    <w:p>
      <w:r>
        <w:t>2. 该 HS 组合三年双边贸易流明细（5 个 HS4 / 最新年度 2024）</w:t>
      </w:r>
    </w:p>
    <w:p>
      <w:r>
        <w:t>3. 目的国 TOP 采购方与在采需求清单（当前在采 40 条）</w:t>
      </w:r>
    </w:p>
    <w:p>
      <w:r>
        <w:t>4. 撮合记录与对接建议（exact/near 40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