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菏泽　｜　编号 wood-HZ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个（4411,4412,4420,4421）</w:t>
      </w:r>
    </w:p>
    <w:p>
      <w:r>
        <w:rPr>
          <w:b/>
        </w:rPr>
        <w:t>最新年度中国出口额：</w:t>
      </w:r>
      <w:r>
        <w:t>102.21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116.69 亿美元 / 203 国；2023 年 95.60 亿美元 / 205 国；2024 年 102.21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14.99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6.51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4.49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4.23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3.77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菏泽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