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德州　｜　编号 wood-DZ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个（9403）</w:t>
      </w:r>
    </w:p>
    <w:p>
      <w:r>
        <w:rPr>
          <w:b/>
        </w:rPr>
        <w:t>最新年度中国出口额：</w:t>
      </w:r>
      <w:r>
        <w:t>318.61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339.60 亿美元 / 206 国；2023 年 279.81 亿美元 / 205 国；2024 年 318.61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66.42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20.38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15.96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15.81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11.80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德州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