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枣庄　｜　编号 water-ZZ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枣庄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