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淄博　｜　编号 water-ZB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个（8413,8421,8479）</w:t>
      </w:r>
    </w:p>
    <w:p>
      <w:r>
        <w:rPr>
          <w:b/>
        </w:rPr>
        <w:t>最新年度中国出口额：</w:t>
      </w:r>
      <w:r>
        <w:t>459.29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371.68 亿美元 / 206 国；2023 年 387.28 亿美元 / 206 国；2024 年 459.29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52.79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28.57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23.11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23.01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21.80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17.69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122 条（status≠closed）</w:t>
      </w:r>
    </w:p>
    <w:p>
      <w:r>
        <w:rPr>
          <w:b/>
        </w:rPr>
        <w:t>exact/near 撮合：</w:t>
      </w:r>
      <w:r>
        <w:t>93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淄博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122 条）</w:t>
      </w:r>
    </w:p>
    <w:p>
      <w:r>
        <w:t>4. 撮合记录与对接建议（exact/near 93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