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烟台　｜　编号 water-YT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个（3917,8424）</w:t>
      </w:r>
    </w:p>
    <w:p>
      <w:r>
        <w:rPr>
          <w:b/>
        </w:rPr>
        <w:t>最新年度中国出口额：</w:t>
      </w:r>
      <w:r>
        <w:t>108.39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102.73 亿美元 / 206 国；2023 年 95.84 亿美元 / 203 国；2024 年 108.39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15.17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5.21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4.91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4.48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4.02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3.89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104 条（status≠closed）</w:t>
      </w:r>
    </w:p>
    <w:p>
      <w:r>
        <w:rPr>
          <w:b/>
        </w:rPr>
        <w:t>exact/near 撮合：</w:t>
      </w:r>
      <w:r>
        <w:t>81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烟台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104 条）</w:t>
      </w:r>
    </w:p>
    <w:p>
      <w:r>
        <w:t>4. 撮合记录与对接建议（exact/near 81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