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威海　｜　编号 water-WH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个（3917,3920,3926,5911,8413,8421,8424）</w:t>
      </w:r>
    </w:p>
    <w:p>
      <w:r>
        <w:rPr>
          <w:b/>
        </w:rPr>
        <w:t>最新年度中国出口额：</w:t>
      </w:r>
      <w:r>
        <w:t>824.47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794.85 亿美元 / 208 国；2023 年 755.47 亿美元 / 212 国；2024 年 824.47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131.88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37.86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37.46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30.33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29.01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108 条（status≠closed）</w:t>
      </w:r>
    </w:p>
    <w:p>
      <w:r>
        <w:rPr>
          <w:b/>
        </w:rPr>
        <w:t>exact/near 撮合：</w:t>
      </w:r>
      <w:r>
        <w:t>132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威海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108 条）</w:t>
      </w:r>
    </w:p>
    <w:p>
      <w:r>
        <w:t>4. 撮合记录与对接建议（exact/near 132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