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泰安　｜　编号 water-TA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个（3920,5911）</w:t>
      </w:r>
    </w:p>
    <w:p>
      <w:r>
        <w:rPr>
          <w:b/>
        </w:rPr>
        <w:t>最新年度中国出口额：</w:t>
      </w:r>
      <w:r>
        <w:t>119.55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114.42 亿美元 / 207 国；2023 年 110.08 亿美元 / 206 国；2024 年 119.55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13.02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9.64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6.24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5.05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5.02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104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泰安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104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