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水利与节水 × 日照　｜　编号 water-RZ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个（3917,3920,3926,5911,8413,8421,8424）</w:t>
      </w:r>
    </w:p>
    <w:p>
      <w:r>
        <w:rPr>
          <w:b/>
        </w:rPr>
        <w:t>最新年度中国出口额：</w:t>
      </w:r>
      <w:r>
        <w:t>824.47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794.85 亿美元 / 208 国；2023 年 755.47 亿美元 / 212 国；2024 年 824.47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131.88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37.86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37.46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33.81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30.33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29.01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108 条（status≠closed）</w:t>
      </w:r>
    </w:p>
    <w:p>
      <w:r>
        <w:rPr>
          <w:b/>
        </w:rPr>
        <w:t>exact/near 撮合：</w:t>
      </w:r>
      <w:r>
        <w:t>132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山东是缺水省份，也因此把节水做成了产业：滴灌、喷灌、水肥一体化、管材、泵阀、水处理，全套技术在国内经过高强度验证，对缺水国家适配度高。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《水利与节水 × 日照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108 条）</w:t>
      </w:r>
    </w:p>
    <w:p>
      <w:r>
        <w:t>4. 撮合记录与对接建议（exact/near 132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