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青岛　｜　编号 water-QD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个（3926,8413,8421,8479）</w:t>
      </w:r>
    </w:p>
    <w:p>
      <w:r>
        <w:rPr>
          <w:b/>
        </w:rPr>
        <w:t>最新年度中国出口额：</w:t>
      </w:r>
      <w:r>
        <w:t>779.97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704.75 亿美元 / 208 国；2023 年 689.46 亿美元 / 208 国；2024 年 779.97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124.51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37.19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35.28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34.76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32.16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28.44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122 条（status≠closed）</w:t>
      </w:r>
    </w:p>
    <w:p>
      <w:r>
        <w:rPr>
          <w:b/>
        </w:rPr>
        <w:t>exact/near 撮合：</w:t>
      </w:r>
      <w:r>
        <w:t>93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122 条）</w:t>
      </w:r>
    </w:p>
    <w:p>
      <w:r>
        <w:t>4. 撮合记录与对接建议（exact/near 93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