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水利与节水 × 德州　｜　编号 water-DZ　｜　就绪分 88（A）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1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1 个（8424）</w:t>
      </w:r>
    </w:p>
    <w:p>
      <w:r>
        <w:rPr>
          <w:b/>
        </w:rPr>
        <w:t>最新年度中国出口额：</w:t>
      </w:r>
      <w:r>
        <w:t>64.65 亿美元（全国口径，非本市出口）</w:t>
      </w:r>
    </w:p>
    <w:p>
      <w:r>
        <w:rPr>
          <w:b/>
        </w:rPr>
        <w:t>贸易伙伴国别：</w:t>
      </w:r>
      <w:r>
        <w:t>198</w:t>
      </w:r>
    </w:p>
    <w:p>
      <w:r>
        <w:t>三年趋势：2022 年 60.95 亿美元 / 199 国；2023 年 54.94 亿美元 / 201 国；2024 年 64.65 亿美元 / 198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9.54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3.12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3.07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2.97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2.78</w:t>
            </w:r>
          </w:p>
        </w:tc>
      </w:tr>
      <w:tr>
        <w:tc>
          <w:tcPr>
            <w:tcW w:type="dxa" w:w="3135"/>
          </w:tcPr>
          <w:p>
            <w:r>
              <w:t>GBR</w:t>
            </w:r>
          </w:p>
        </w:tc>
        <w:tc>
          <w:tcPr>
            <w:tcW w:type="dxa" w:w="3135"/>
          </w:tcPr>
          <w:p>
            <w:r>
              <w:t>United Kingdom</w:t>
            </w:r>
          </w:p>
        </w:tc>
        <w:tc>
          <w:tcPr>
            <w:tcW w:type="dxa" w:w="3135"/>
          </w:tcPr>
          <w:p>
            <w:r>
              <w:t>2.46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104 条（status≠closed）</w:t>
      </w:r>
    </w:p>
    <w:p>
      <w:r>
        <w:rPr>
          <w:b/>
        </w:rPr>
        <w:t>exact/near 撮合：</w:t>
      </w:r>
      <w:r>
        <w:t>81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山东是缺水省份，也因此把节水做成了产业：滴灌、喷灌、水肥一体化、管材、泵阀、水处理，全套技术在国内经过高强度验证，对缺水国家适配度高。</w:t>
      </w:r>
    </w:p>
    <w:p>
      <w:r>
        <w:t>· 中国国际贸易促进委员会德州市委员会（原产地证签发、境外展会与客商对接）</w:t>
      </w:r>
    </w:p>
    <w:p>
      <w:r>
        <w:t>· 德州市商务局（外贸科：本地出口企业组织与政策兑现）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《水利与节水 × 德州 出海作战包》PDF/Word（数据底座 + 市场画像 + 准入要点）</w:t>
      </w:r>
    </w:p>
    <w:p>
      <w:r>
        <w:t>2. 该 HS 组合三年双边贸易流明细（1 个 HS4 / 最新年度 2024）</w:t>
      </w:r>
    </w:p>
    <w:p>
      <w:r>
        <w:t>3. 目的国 TOP 采购方与在采需求清单（当前在采 104 条）</w:t>
      </w:r>
    </w:p>
    <w:p>
      <w:r>
        <w:t>4. 撮合记录与对接建议（exact/near 81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