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糖业与淀粉糖 × 枣庄　｜　编号 sugar-ZZ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个（1108,1702,2905）</w:t>
      </w:r>
    </w:p>
    <w:p>
      <w:r>
        <w:rPr>
          <w:b/>
        </w:rPr>
        <w:t>最新年度中国出口额：</w:t>
      </w:r>
      <w:r>
        <w:t>41.96 亿美元（全国口径，非本市出口）</w:t>
      </w:r>
    </w:p>
    <w:p>
      <w:r>
        <w:rPr>
          <w:b/>
        </w:rPr>
        <w:t>贸易伙伴国别：</w:t>
      </w:r>
      <w:r>
        <w:t>166</w:t>
      </w:r>
    </w:p>
    <w:p>
      <w:r>
        <w:t>三年趋势：2022 年 39.96 亿美元 / 171 国；2023 年 35.32 亿美元 / 172 国；2024 年 41.96 亿美元 / 166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4.12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3.51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3.34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2.74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2.28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1.99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山东不种甘蔗，却把玉米变成了甜味剂：邹平的葡萄糖与果葡糖浆、沂水的淀粉糖、禹城的功能糖与糖醇、德州的精炼糖，这条链的客户是饮料厂、烘焙厂和做无糖概念的新消费品牌。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《糖业与淀粉糖 × 枣庄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