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糖业与淀粉糖 × 淄博　｜　编号 sugar-ZB　｜　就绪分 48（B）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3 个（1108,1702,2905）</w:t>
      </w:r>
    </w:p>
    <w:p>
      <w:r>
        <w:rPr>
          <w:b/>
        </w:rPr>
        <w:t>最新年度中国出口额：</w:t>
      </w:r>
      <w:r>
        <w:t>41.96 亿美元（全国口径，非本市出口）</w:t>
      </w:r>
    </w:p>
    <w:p>
      <w:r>
        <w:rPr>
          <w:b/>
        </w:rPr>
        <w:t>贸易伙伴国别：</w:t>
      </w:r>
      <w:r>
        <w:t>166</w:t>
      </w:r>
    </w:p>
    <w:p>
      <w:r>
        <w:t>三年趋势：2022 年 39.96 亿美元 / 171 国；2023 年 35.32 亿美元 / 172 国；2024 年 41.96 亿美元 / 166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KOR</w:t>
            </w:r>
          </w:p>
        </w:tc>
        <w:tc>
          <w:tcPr>
            <w:tcW w:type="dxa" w:w="3135"/>
          </w:tcPr>
          <w:p>
            <w:r>
              <w:t>Rep. of Korea</w:t>
            </w:r>
          </w:p>
        </w:tc>
        <w:tc>
          <w:tcPr>
            <w:tcW w:type="dxa" w:w="3135"/>
          </w:tcPr>
          <w:p>
            <w:r>
              <w:t>4.12</w:t>
            </w:r>
          </w:p>
        </w:tc>
      </w:tr>
      <w:tr>
        <w:tc>
          <w:tcPr>
            <w:tcW w:type="dxa" w:w="3135"/>
          </w:tcPr>
          <w:p>
            <w:r>
              <w:t>IDN</w:t>
            </w:r>
          </w:p>
        </w:tc>
        <w:tc>
          <w:tcPr>
            <w:tcW w:type="dxa" w:w="3135"/>
          </w:tcPr>
          <w:p>
            <w:r>
              <w:t>Indonesia</w:t>
            </w:r>
          </w:p>
        </w:tc>
        <w:tc>
          <w:tcPr>
            <w:tcW w:type="dxa" w:w="3135"/>
          </w:tcPr>
          <w:p>
            <w:r>
              <w:t>3.51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3.34</w:t>
            </w:r>
          </w:p>
        </w:tc>
      </w:tr>
      <w:tr>
        <w:tc>
          <w:tcPr>
            <w:tcW w:type="dxa" w:w="3135"/>
          </w:tcPr>
          <w:p>
            <w:r>
              <w:t>IND</w:t>
            </w:r>
          </w:p>
        </w:tc>
        <w:tc>
          <w:tcPr>
            <w:tcW w:type="dxa" w:w="3135"/>
          </w:tcPr>
          <w:p>
            <w:r>
              <w:t>India</w:t>
            </w:r>
          </w:p>
        </w:tc>
        <w:tc>
          <w:tcPr>
            <w:tcW w:type="dxa" w:w="3135"/>
          </w:tcPr>
          <w:p>
            <w:r>
              <w:t>2.74</w:t>
            </w:r>
          </w:p>
        </w:tc>
      </w:tr>
      <w:tr>
        <w:tc>
          <w:tcPr>
            <w:tcW w:type="dxa" w:w="3135"/>
          </w:tcPr>
          <w:p>
            <w:r>
              <w:t>THA</w:t>
            </w:r>
          </w:p>
        </w:tc>
        <w:tc>
          <w:tcPr>
            <w:tcW w:type="dxa" w:w="3135"/>
          </w:tcPr>
          <w:p>
            <w:r>
              <w:t>Thailand</w:t>
            </w:r>
          </w:p>
        </w:tc>
        <w:tc>
          <w:tcPr>
            <w:tcW w:type="dxa" w:w="3135"/>
          </w:tcPr>
          <w:p>
            <w:r>
              <w:t>2.28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1.99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山东不种甘蔗，却把玉米变成了甜味剂：邹平的葡萄糖与果葡糖浆、沂水的淀粉糖、禹城的功能糖与糖醇、德州的精炼糖，这条链的客户是饮料厂、烘焙厂和做无糖概念的新消费品牌。</w:t>
      </w:r>
    </w:p>
    <w:p>
      <w:r>
        <w:t>· 中国国际贸易促进委员会淄博市委员会（原产地证签发、境外展会与客商对接）</w:t>
      </w:r>
    </w:p>
    <w:p>
      <w:r>
        <w:t>· 淄博市商务局（外贸科：本地出口企业组织与政策兑现）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《糖业与淀粉糖 × 淄博 出海作战包》PDF/Word（数据底座 + 市场画像 + 准入要点）</w:t>
      </w:r>
    </w:p>
    <w:p>
      <w:r>
        <w:t>2. 该 HS 组合三年双边贸易流明细（3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