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青岛　｜　编号 sugar-QD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青岛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