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济宁　｜　编号 sugar-JNG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个（1108,1702,2905）</w:t>
      </w:r>
    </w:p>
    <w:p>
      <w:r>
        <w:rPr>
          <w:b/>
        </w:rPr>
        <w:t>最新年度中国出口额：</w:t>
      </w:r>
      <w:r>
        <w:t>41.96 亿美元（全国口径，非本市出口）</w:t>
      </w:r>
    </w:p>
    <w:p>
      <w:r>
        <w:rPr>
          <w:b/>
        </w:rPr>
        <w:t>贸易伙伴国别：</w:t>
      </w:r>
      <w:r>
        <w:t>166</w:t>
      </w:r>
    </w:p>
    <w:p>
      <w:r>
        <w:t>三年趋势：2022 年 39.96 亿美元 / 171 国；2023 年 35.32 亿美元 / 172 国；2024 年 41.96 亿美元 / 166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4.12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济宁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