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菏泽　｜　编号 sugar-HZ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菏泽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