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德州　｜　编号 sugar-DZ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3 个（1701,1702,2905）</w:t>
      </w:r>
    </w:p>
    <w:p>
      <w:r>
        <w:rPr>
          <w:b/>
        </w:rPr>
        <w:t>最新年度中国出口额：</w:t>
      </w:r>
      <w:r>
        <w:t>42.03 亿美元（全国口径，非本市出口）</w:t>
      </w:r>
    </w:p>
    <w:p>
      <w:r>
        <w:rPr>
          <w:b/>
        </w:rPr>
        <w:t>贸易伙伴国别：</w:t>
      </w:r>
      <w:r>
        <w:t>167</w:t>
      </w:r>
    </w:p>
    <w:p>
      <w:r>
        <w:t>三年趋势：2022 年 38.60 亿美元 / 171 国；2023 年 35.80 亿美元 / 174 国；2024 年 42.03 亿美元 / 167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3.79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2.31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德州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