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滨州　｜　编号 sugar-BZ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个（1108,1702）</w:t>
      </w:r>
    </w:p>
    <w:p>
      <w:r>
        <w:rPr>
          <w:b/>
        </w:rPr>
        <w:t>最新年度中国出口额：</w:t>
      </w:r>
      <w:r>
        <w:t>16.41 亿美元（全国口径，非本市出口）</w:t>
      </w:r>
    </w:p>
    <w:p>
      <w:r>
        <w:rPr>
          <w:b/>
        </w:rPr>
        <w:t>贸易伙伴国别：</w:t>
      </w:r>
      <w:r>
        <w:t>158</w:t>
      </w:r>
    </w:p>
    <w:p>
      <w:r>
        <w:t>三年趋势：2022 年 13.64 亿美元 / 156 国；2023 年 13.67 亿美元 / 162 国；2024 年 16.41 亿美元 / 158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2.36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1.83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1.67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1.66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1.41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1.05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滨州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