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枣庄　｜　编号 sand-ZZ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个（2517,6810,8474）</w:t>
      </w:r>
    </w:p>
    <w:p>
      <w:r>
        <w:rPr>
          <w:b/>
        </w:rPr>
        <w:t>最新年度中国出口额：</w:t>
      </w:r>
      <w:r>
        <w:t>90.27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83.88 亿美元 / 203 国；2023 年 88.04 亿美元 / 207 国；2024 年 90.27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6.27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4.57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枣庄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