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烟台　｜　编号 sand-YT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