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潍坊　｜　编号 sand-WF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个（8474）</w:t>
      </w:r>
    </w:p>
    <w:p>
      <w:r>
        <w:rPr>
          <w:b/>
        </w:rPr>
        <w:t>最新年度中国出口额：</w:t>
      </w:r>
      <w:r>
        <w:t>64.31 亿美元（全国口径，非本市出口）</w:t>
      </w:r>
    </w:p>
    <w:p>
      <w:r>
        <w:rPr>
          <w:b/>
        </w:rPr>
        <w:t>贸易伙伴国别：</w:t>
      </w:r>
      <w:r>
        <w:t>200</w:t>
      </w:r>
    </w:p>
    <w:p>
      <w:r>
        <w:t>三年趋势：2022 年 53.85 亿美元 / 199 国；2023 年 61.10 亿美元 / 201 国；2024 年 64.31 亿美元 / 200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6.54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5.26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3.21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2.84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2.13</w:t>
            </w:r>
          </w:p>
        </w:tc>
      </w:tr>
      <w:tr>
        <w:tc>
          <w:tcPr>
            <w:tcW w:type="dxa" w:w="3135"/>
          </w:tcPr>
          <w:p>
            <w:r>
              <w:t>UZB</w:t>
            </w:r>
          </w:p>
        </w:tc>
        <w:tc>
          <w:tcPr>
            <w:tcW w:type="dxa" w:w="3135"/>
          </w:tcPr>
          <w:p>
            <w:r>
              <w:t>Uzbekistan</w:t>
            </w:r>
          </w:p>
        </w:tc>
        <w:tc>
          <w:tcPr>
            <w:tcW w:type="dxa" w:w="3135"/>
          </w:tcPr>
          <w:p>
            <w:r>
              <w:t>2.11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潍坊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