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泰安　｜　编号 sand-TA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个（2505,2517）</w:t>
      </w:r>
    </w:p>
    <w:p>
      <w:r>
        <w:rPr>
          <w:b/>
        </w:rPr>
        <w:t>最新年度中国出口额：</w:t>
      </w:r>
      <w:r>
        <w:t>4.49 亿美元（全国口径，非本市出口）</w:t>
      </w:r>
    </w:p>
    <w:p>
      <w:r>
        <w:rPr>
          <w:b/>
        </w:rPr>
        <w:t>贸易伙伴国别：</w:t>
      </w:r>
      <w:r>
        <w:t>158</w:t>
      </w:r>
    </w:p>
    <w:p>
      <w:r>
        <w:t>三年趋势：2022 年 4.45 亿美元 / 150 国；2023 年 4.26 亿美元 / 163 国；2024 年 4.49 亿美元 / 158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2.00</w:t>
            </w:r>
          </w:p>
        </w:tc>
      </w:tr>
      <w:tr>
        <w:tc>
          <w:tcPr>
            <w:tcW w:type="dxa" w:w="3135"/>
          </w:tcPr>
          <w:p>
            <w:r>
              <w:t>S19</w:t>
            </w:r>
          </w:p>
        </w:tc>
        <w:tc>
          <w:tcPr>
            <w:tcW w:type="dxa" w:w="3135"/>
          </w:tcPr>
          <w:p>
            <w:r>
              <w:t>Other Asia, nes</w:t>
            </w:r>
          </w:p>
        </w:tc>
        <w:tc>
          <w:tcPr>
            <w:tcW w:type="dxa" w:w="3135"/>
          </w:tcPr>
          <w:p>
            <w:r>
              <w:t>0.89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0.34</w:t>
            </w:r>
          </w:p>
        </w:tc>
      </w:tr>
      <w:tr>
        <w:tc>
          <w:tcPr>
            <w:tcW w:type="dxa" w:w="3135"/>
          </w:tcPr>
          <w:p>
            <w:r>
              <w:t>MAC</w:t>
            </w:r>
          </w:p>
        </w:tc>
        <w:tc>
          <w:tcPr>
            <w:tcW w:type="dxa" w:w="3135"/>
          </w:tcPr>
          <w:p>
            <w:r>
              <w:t>China, Macao SAR</w:t>
            </w:r>
          </w:p>
        </w:tc>
        <w:tc>
          <w:tcPr>
            <w:tcW w:type="dxa" w:w="3135"/>
          </w:tcPr>
          <w:p>
            <w:r>
              <w:t>0.23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0.14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0.13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泰安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