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青岛　｜　编号 sand-QD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