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济南　｜　编号 sand-JN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个（2505,2517,6810,8474）</w:t>
      </w:r>
    </w:p>
    <w:p>
      <w:r>
        <w:rPr>
          <w:b/>
        </w:rPr>
        <w:t>最新年度中国出口额：</w:t>
      </w:r>
      <w:r>
        <w:t>91.12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84.66 亿美元 / 203 国；2023 年 88.85 亿美元 / 207 国；2024 年 91.12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济南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