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枣庄　｜　编号 robot-ZZ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个（8428,8429,8479,8515）</w:t>
      </w:r>
    </w:p>
    <w:p>
      <w:r>
        <w:rPr>
          <w:b/>
        </w:rPr>
        <w:t>最新年度中国出口额：</w:t>
      </w:r>
      <w:r>
        <w:t>458.70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365.02 亿美元 / 207 国；2023 年 404.97 亿美元 / 211 国；2024 年 458.70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41.78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27.60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27.33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26.42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24.43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14.84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20 条（status≠closed）</w:t>
      </w:r>
    </w:p>
    <w:p>
      <w:r>
        <w:rPr>
          <w:b/>
        </w:rPr>
        <w:t>exact/near 撮合：</w:t>
      </w:r>
      <w:r>
        <w:t>60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枣庄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20 条）</w:t>
      </w:r>
    </w:p>
    <w:p>
      <w:r>
        <w:t>4. 撮合记录与对接建议（exact/near 60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