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淄博　｜　编号 robot-ZB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个（8479,8515）</w:t>
      </w:r>
    </w:p>
    <w:p>
      <w:r>
        <w:rPr>
          <w:b/>
        </w:rPr>
        <w:t>最新年度中国出口额：</w:t>
      </w:r>
      <w:r>
        <w:t>213.40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152.98 亿美元 / 205 国；2023 年 167.33 亿美元 / 205 国；2024 年 213.40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16.99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16.80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16.04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14.62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10.71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8.96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42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14 条）</w:t>
      </w:r>
    </w:p>
    <w:p>
      <w:r>
        <w:t>4. 撮合记录与对接建议（exact/near 42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