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潍坊　｜　编号 robot-WF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4 个（8422,8428,8479,9031）</w:t>
      </w:r>
    </w:p>
    <w:p>
      <w:r>
        <w:rPr>
          <w:b/>
        </w:rPr>
        <w:t>最新年度中国出口额：</w:t>
      </w:r>
      <w:r>
        <w:t>389.00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298.76 亿美元 / 207 国；2023 年 319.53 亿美元 / 208 国；2024 年 389.00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30.20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29.30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27.62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26.48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17.40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15.48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 条（status≠closed）</w:t>
      </w:r>
    </w:p>
    <w:p>
      <w:r>
        <w:rPr>
          <w:b/>
        </w:rPr>
        <w:t>exact/near 撮合：</w:t>
      </w:r>
      <w:r>
        <w:t>42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潍坊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14 条）</w:t>
      </w:r>
    </w:p>
    <w:p>
      <w:r>
        <w:t>4. 撮合记录与对接建议（exact/near 42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