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机器人与智能装备 × 青岛　｜　编号 robot-QD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6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5 个（8422,8428,8479,8515,9031）</w:t>
      </w:r>
    </w:p>
    <w:p>
      <w:r>
        <w:rPr>
          <w:b/>
        </w:rPr>
        <w:t>最新年度中国出口额：</w:t>
      </w:r>
      <w:r>
        <w:t>418.95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324.69 亿美元 / 207 国；2023 年 346.95 亿美元 / 208 国；2024 年 418.95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31.83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31.29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30.69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28.21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18.32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16.30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 条（status≠closed）</w:t>
      </w:r>
    </w:p>
    <w:p>
      <w:r>
        <w:rPr>
          <w:b/>
        </w:rPr>
        <w:t>exact/near 撮合：</w:t>
      </w:r>
      <w:r>
        <w:t>42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机器人与智能装备是山东的增量赛道：工业机器人本体、协作机器人、AGV、系统集成，配套济南、青岛、淄博的制造基础。优势在「场景落地」而不是通用本体。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《机器人与智能装备 × 青岛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14 条）</w:t>
      </w:r>
    </w:p>
    <w:p>
      <w:r>
        <w:t>4. 撮合记录与对接建议（exact/near 42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